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House Fanny, Kirkkopuistikko 34, 65100 Vaasa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14:00-19:30 Sustainability Day</w:t>
      </w:r>
    </w:p>
    <w:p>
      <w:r>
        <w:t>Towards more sustainable and conscious society: Welcome to the Sustainability Day, organized as a community project!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