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Fanny, Kirkkopuistikko 34, 65100 Vaasa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14:00-19:30 Kestävän kehityksen päivä</w:t>
      </w:r>
    </w:p>
    <w:p>
      <w:r>
        <w:t>Kohti kestävämpää ja tietoisempaa yhteiskuntaa:Tervetuloa yhteisöprojektina järjestettävään kestävän kehityksen päivään!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