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Vikinga Skola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10:00-16:00 Historiallisen Miekkailun Peruskurssi</w:t>
      </w:r>
    </w:p>
    <w:p>
      <w:r>
        <w:t>Historiallisen Miekkailun Peruskurssi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