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Medborgarinstitutet Alma, Rådhusgatan 31, Vasa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18:00-19:30 72 timmar beredskap</w:t>
      </w:r>
    </w:p>
    <w:p>
      <w:r>
        <w:t xml:space="preserve">Den för alla öppna och kostnadsfria föreläsningen 72 timmar beredskap vid medborgarinstitutet Alma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