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 xml:space="preserve">16:20-22:00 Teaterresa till Wasa Teaters föreställning "Tillsammans" </w:t>
      </w:r>
    </w:p>
    <w:p>
      <w:r>
        <w:t>Nykarleby Kultur &amp; Fritid och Arbis ordnar teaterresa till Wasa Teaters föreställning "Tillsammans"!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