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Stjärnhallen, Idrottsgränd 1-3, Nykarleby</w:t>
      </w:r>
    </w:p>
    <w:p>
      <w:r>
        <w:t>3.10.2026 lauantai</w:t>
      </w:r>
    </w:p>
    <w:p>
      <w:pPr>
        <w:pStyle w:val="Heading1"/>
      </w:pPr>
      <w:r>
        <w:t>3.10.2026 lauantai</w:t>
      </w:r>
    </w:p>
    <w:p>
      <w:pPr>
        <w:pStyle w:val="Heading2"/>
      </w:pPr>
      <w:r>
        <w:t>12:00-15:00 Fritids- och föreningsdag i Stjärnhallen</w:t>
      </w:r>
    </w:p>
    <w:p>
      <w:r>
        <w:t xml:space="preserve">Motion, kultur och gemenskap. Upptäck Nykarlebys fritidsutbud genom prova på-aktiviteter, föreläsningar och program.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