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3. kerros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11:45-12:30 Tyttöjen mielen hyvinvointi - tapahtuma</w:t>
      </w:r>
    </w:p>
    <w:p>
      <w:r>
        <w:t xml:space="preserve">Nuorimieli-keskuksen vastaavan asiantuntijan luento: Miten voimme tukea tyttöjen mielen hyvinvointia?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