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Karleby Kallestorg Långbrogatan 15</w:t>
      </w:r>
    </w:p>
    <w:p>
      <w:r>
        <w:t>20.11.2026 perjantai</w:t>
      </w:r>
    </w:p>
    <w:p>
      <w:pPr>
        <w:pStyle w:val="Heading1"/>
      </w:pPr>
      <w:r>
        <w:t>20.11.2026-21.11.2026</w:t>
      </w:r>
    </w:p>
    <w:p>
      <w:pPr>
        <w:pStyle w:val="Heading2"/>
      </w:pPr>
      <w:r>
        <w:t>15:00-18:00 HELA FAMILJENS JULMARKNAD  fred 20.11 klo 15-20 och lörd 21.11 klo 10-18 i KarlebyKallestorg</w:t>
      </w:r>
    </w:p>
    <w:p>
      <w:r>
        <w:t>HELA FAMILJENS JULMARKNAD I KARLEBY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