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Hacklab Vaasa, Kasarmi 37, 65100 Vaasa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13:00-15:00 Kestävyysmurroksen edistäjien verkostoituminen Vaasassa</w:t>
      </w:r>
    </w:p>
    <w:p>
      <w:r>
        <w:t>Kiinnostavatko kiertotalous ja kestävyysmurros sinua? Tämä on kutsu verkostoitumaan!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