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Vöyri, Kaitsor ja Oravainen </w:t>
      </w:r>
    </w:p>
    <w:p>
      <w:r>
        <w:t>12.9.2026 lauantai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 xml:space="preserve">08:00-17:00 Norrvalla Cup </w:t>
      </w:r>
    </w:p>
    <w:p>
      <w:r>
        <w:t xml:space="preserve">Jalkapalloturnaus 6–13-vuotiaille pojille ja tytöille pelataan Kaitsorissa, Vöyrillä ja Oravaisissa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