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Kuntsin modernin taiteen museo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>18:00-20:00 Avajaiset - Marja Pirilä - Camera Obscura</w:t>
      </w:r>
    </w:p>
    <w:p>
      <w:r>
        <w:t>Valokuvanäyttely Kuntsin museossa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