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pääkirjaston Draama-sali, Kirjastonkatu 13, Vaasa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12:00-14:00 Ikääntyminen ja asumisen ennakointi -yleisöseminaari</w:t>
      </w:r>
    </w:p>
    <w:p>
      <w:r>
        <w:t xml:space="preserve">Haluatko asua omassa kodissa vielä vuosienkin päästä: ennakoi tulevat asumistarpeesi!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