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Kohtaamispaikka Mahis, Läntinen kasarmintori 6, 65100 Vaasa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12:00-15:00 Eläin- ja luontopäivä</w:t>
      </w:r>
    </w:p>
    <w:p>
      <w:r>
        <w:t>Nepsy-lapsen vanhempi, tarvitsetko pienen tauon arkeen? Tulkaa mukaan nepsy-perheiden eläin- ja luontopäivään.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