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Stadshotellet i Jakobstad</w:t>
      </w:r>
    </w:p>
    <w:p>
      <w:r>
        <w:t>2.10.2026 perjantai</w:t>
      </w:r>
    </w:p>
    <w:p>
      <w:pPr>
        <w:pStyle w:val="Heading1"/>
      </w:pPr>
      <w:r>
        <w:t>2.10.2026 perjantai</w:t>
      </w:r>
    </w:p>
    <w:p>
      <w:pPr>
        <w:pStyle w:val="Heading2"/>
      </w:pPr>
      <w:r>
        <w:t>19:00-19:00 Monsters of Rock</w:t>
      </w:r>
    </w:p>
    <w:p>
      <w:r>
        <w:t>🎸 MONSTERS OF ROCK 📅 2.10 📍 Stadshotellet, Jakobstad 🔥 Solid Faces • Bon’s Balls • Burning Bow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