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FinFami Pohjanmaan toimisto, Pitkänsillankatu 1-3, A 3 krs., Kokkola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18:00-19:30 Prospect infotilaisuus Kokkolassa</w:t>
      </w:r>
    </w:p>
    <w:p>
      <w:r>
        <w:t>FinFami Pohjanmaan infotilaisuus Prospect-koulutuksesta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