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toimisto, Kirkkopuistikko 31, Vaasa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18:00-19:00 Prospect infotilaisuus Vaasassa</w:t>
      </w:r>
    </w:p>
    <w:p>
      <w:r>
        <w:t>FinFami Pohjanmaan infotilaisuus Prospect-koulutuksesta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