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Merimuseon päänäyttely, Kauppatori 1 (käynti pihalta), Kristiinankaupunki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11:00-13:00 Opastus Kristiinankaupungin merimuseossa</w:t>
      </w:r>
    </w:p>
    <w:p>
      <w:r>
        <w:t>Vanhanajan pihamarkkinoiden yhteydessä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