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Cronhjelmskolan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18:30-20:00 Föreläsning med Petra Krantz Lindgren</w:t>
      </w:r>
    </w:p>
    <w:p>
      <w:r>
        <w:t>Kramar och Ramar – vägen till ett föräldraskap som funkar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