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Gamlakarleby stadskyrka, Läntinen Kirkkokatu 12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18:00-19:30 Julkonsert, Karita Mattila  Guardia Nueva, under ledning av Raimo Vertainen</w:t>
      </w:r>
    </w:p>
    <w:p>
      <w:r>
        <w:t>Operastjärnan Karita Mattila sjunger finska jullåtar med Guardia Nueva. Också musik från Jean Sibelius.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