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Våtmossa skogsväg, 66160 Malax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17:30-19:00 Utfärd till Våtmossens torvmarksskog: skogsbruk i torvmarksskogar, Malax</w:t>
      </w:r>
    </w:p>
    <w:p>
      <w:r>
        <w:t>Hur ser en dikad torvmarksskog ut? Hurdana möjligheter har man i torvmarksskogar?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