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15:00-17:00 Opeinfo Pohjanmaan museolla keskiviikkona 9.9.2026 klo 15–17</w:t>
      </w:r>
    </w:p>
    <w:p>
      <w:r>
        <w:t>Tervetuloa tutustumaan Vaasan museoiden syksyn tarjontaan opettajille suunnatussa Opeinfossa!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