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Campus Norrvalla, Vöyrintie 305-307, Vöyri</w:t>
      </w:r>
    </w:p>
    <w:p>
      <w:r>
        <w:t>2.9.2026 keskiviikko</w:t>
      </w:r>
    </w:p>
    <w:p>
      <w:pPr>
        <w:pStyle w:val="Heading1"/>
      </w:pPr>
      <w:r>
        <w:t>2.9.2026-30.9.2026</w:t>
      </w:r>
    </w:p>
    <w:p>
      <w:pPr>
        <w:pStyle w:val="Heading2"/>
      </w:pPr>
      <w:r>
        <w:t>08:00-21:00 Liam Doodleart -näyttely</w:t>
      </w:r>
    </w:p>
    <w:p>
      <w:r>
        <w:t>Liam luo värikkäitä ja leikkisiä taideteoksia, joissa on sarjakuvahahmoja ja doodleja.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