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Corner kauppahuone, Itäinen Pitkäkatu 53, 64100 Kristiinankaupunki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19:00-21:00 RUMPU KUTSUU - elämysilta kynttilänvalossa. Rytmiä, tarinoita ja kokemuksia selittämättömästä</w:t>
      </w:r>
    </w:p>
    <w:p>
      <w:r>
        <w:t>Jätä arki taaksesi pe 25.9. klo 19.00. Rumpu kutsuu!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