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13:00-15:00 U17 tytöt Maaottelu Suomi-Englanti 13.9. klo 13.00</w:t>
      </w:r>
    </w:p>
    <w:p>
      <w:r>
        <w:t>Tule kannustamaan Pikkuhelmarit voittoon! Suomi kohtaa Englannin Vaasassa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