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Jouxnabbavägen 20, 68500 Kronoby</w:t>
      </w:r>
    </w:p>
    <w:p>
      <w:r>
        <w:t>12.9.2026 lauantai</w:t>
      </w:r>
    </w:p>
    <w:p>
      <w:pPr>
        <w:pStyle w:val="Heading1"/>
      </w:pPr>
      <w:r>
        <w:t>12.9.2026 lauantai</w:t>
      </w:r>
    </w:p>
    <w:p>
      <w:pPr>
        <w:pStyle w:val="Heading2"/>
      </w:pPr>
      <w:r>
        <w:t>12:00-15:00 Öppet hus på Skeppsvarvet</w:t>
      </w:r>
    </w:p>
    <w:p>
      <w:r>
        <w:t>Öppet hus på Cronoholmens Skeppsvarv i Kronoby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