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669 00 Nykarleby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09:00-12:00 Juthbackapromenaden</w:t>
      </w:r>
    </w:p>
    <w:p>
      <w:r>
        <w:t>Välkommen till årets Juthbackapromenad - motionera, umgås och drick en kopp kaffe!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