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K.H.Renlundin museo, Roosin talo, Kokkola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>11:00-21:00 Kauppojen yö museossa - PE 4.9. klo 11-21</w:t>
      </w:r>
    </w:p>
    <w:p>
      <w:r>
        <w:t xml:space="preserve">K.H.Renlundin museon Roosin talo ja Näyttelyhalli avoinna Kauppojen yössä pe 4.9. klo 11–21!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