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20:00-23:00 RIME</w:t>
      </w:r>
    </w:p>
    <w:p>
      <w:r>
        <w:t>RIME is a guitar-driven melodic pop/rock band from Jakobstad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