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20:00-23:00 I Fäälan feat. Roger Tallroth FINSWE</w:t>
      </w:r>
    </w:p>
    <w:p>
      <w:r>
        <w:t>Music from the dark forests and open plains – deeply rooted in Ostrobothnia and part of our shared Nordic heritage.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