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Startup Factory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08:30-10:30 Mitä jos jotain sattuu? Turvaa itsesi ja yrityksesi</w:t>
      </w:r>
    </w:p>
    <w:p>
      <w:r>
        <w:t>Tässä tilaisuudessa saat käytännön tietoa siitä, miten voit varautua riskeihin.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