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Lentokentäntie 159, 65380 Vaasa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11:00-16:00 Esittelylentopäivä Vaasan lentoasemalla</w:t>
      </w:r>
    </w:p>
    <w:p>
      <w:r>
        <w:t>Vaasan Lentokerhon seuraava esittelylentopäivä järjestetään lauantaina 5.9. klo 11-16 Vaasan lentokentällä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