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Alma, Raastuvankatu 31, Vaasa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18:00-19:30 72 tuntia varautumiskoulutus Vaasa</w:t>
      </w:r>
    </w:p>
    <w:p>
      <w:r>
        <w:t>Kaikille avoin ja maksuton 72 tuntia varautumiskoulutus kansalaisopisto Almassa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