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18:00-19:30 Pohjalaiset naiset ja heidän elämänsä muotipukujen kautta tarkasteltuna 1752–1869 -yleisöluento</w:t>
      </w:r>
    </w:p>
    <w:p>
      <w:r>
        <w:t>Helena Sandström-Snickars luennoi Almassa pohjalaisten naisten elämästä 1752–1869 muotipukujen kautta tarkasteltuna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