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Beckbruksgatan 19-23, 65200 Vasa</w:t>
      </w:r>
    </w:p>
    <w:p>
      <w:r>
        <w:t>22.9.2026 tiistai</w:t>
      </w:r>
    </w:p>
    <w:p>
      <w:pPr>
        <w:pStyle w:val="Heading1"/>
      </w:pPr>
      <w:r>
        <w:t>22.9.2026-3.11.2026</w:t>
      </w:r>
    </w:p>
    <w:p>
      <w:pPr>
        <w:pStyle w:val="Heading2"/>
      </w:pPr>
      <w:r>
        <w:t>18:00-19:00 Poesi på Brändö</w:t>
      </w:r>
    </w:p>
    <w:p>
      <w:r>
        <w:t>Tre poeter berättar om sin poesi i höst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