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Kirjastonkatu 14, Vaasa, sisäänkäynti Kirjastonkujalta</w:t>
      </w:r>
    </w:p>
    <w:p>
      <w:r>
        <w:t>1.9.2026 tiistai</w:t>
      </w:r>
    </w:p>
    <w:p>
      <w:pPr>
        <w:pStyle w:val="Heading1"/>
      </w:pPr>
      <w:r>
        <w:t>1.9.2026-15.12.2026</w:t>
      </w:r>
    </w:p>
    <w:p>
      <w:pPr>
        <w:pStyle w:val="Heading2"/>
      </w:pPr>
      <w:r>
        <w:t>11:00-14:00 Neuvoja ja vinkkejä lukemisen, kirjoittamisen ja oppimisen tueksi!</w:t>
      </w:r>
    </w:p>
    <w:p>
      <w:r>
        <w:t xml:space="preserve">Lukeminen tai keskittyminen voi olla haastavaa monesta eri syystä. Tutustu keinoihin, joilla voit helpottaa oppimista.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