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Kapellbacksvägen 159, Vasa. Vi samlas vid porten till begravningsplatsen.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18:00-20:00 I dödens fotspår på Kapellbacken</w:t>
      </w:r>
    </w:p>
    <w:p>
      <w:r>
        <w:t>Guidad rundvandring på begravningsplatsen vid Kapellbacken och berättarkväll med kusliga historier.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