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prostgård, Bertby-Lålaxvägen 10 66600 Vörå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18:00-20:00 Programmet för Sorgbearbetning™ – En evidensbaserad kurs för dig som vill gå från smärta till energi och livsglädje.</w:t>
      </w:r>
    </w:p>
    <w:p>
      <w:r>
        <w:t>Kurs i sorgbearbetning startar i Vörå prostgård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