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18:00-19:30 Maalilla ja muurauslastalla</w:t>
      </w:r>
    </w:p>
    <w:p>
      <w:r>
        <w:t>Syksyn museotorstait alkavat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