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Tjöckvägen 8, 64100 Kristinestad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18:00-20:00 Unikt tillfälle  en annan vinkel på Kristinestads historia, Memento Mori 15.9 2026 kl. 18.00</w:t>
      </w:r>
    </w:p>
    <w:p>
      <w:r>
        <w:t>Guidning på gamla begravningsplan, se klockstapeln  och likvaknen vid Ulrika Eleonora, hör spännande historier.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