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Keskusta, Palosaari, Hietalahti, Gerby, Suvilahti, Huutoniemi</w:t>
      </w:r>
    </w:p>
    <w:p>
      <w:r>
        <w:t>1.9.2026 tiistai</w:t>
      </w:r>
    </w:p>
    <w:p>
      <w:pPr>
        <w:pStyle w:val="Heading1"/>
      </w:pPr>
      <w:r>
        <w:t>1.9.2026-8.12.2026</w:t>
      </w:r>
    </w:p>
    <w:p>
      <w:pPr>
        <w:pStyle w:val="Heading2"/>
      </w:pPr>
      <w:r>
        <w:t>13:00-14:00 Kävele terveitä vuosia -kävelyt</w:t>
      </w:r>
    </w:p>
    <w:p>
      <w:r>
        <w:t>Ympäri Vaasaa toimii senioreille suunnattuja kävelyryhmiä.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