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Sisäsatama, Hietasaarenkatu 1 Vaasa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16:00-19:30 Luontoretki Kuusisaareen ke 16.9.2026 klo 16.00–19.30</w:t>
      </w:r>
    </w:p>
    <w:p>
      <w:r>
        <w:t>Retkellä tutustutaan Vaasan saaristoon, ihastellaan luontoa ja grillataan iltapalaa porukalla.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