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Felénska huset / Lebell  Strandgatan 53, 64100 Kristinestad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 xml:space="preserve">18:00-20:00 Solfjädrar och danskort – sällskapsliv på 1700- och 1800-talen 18.9 2026 kl. 18.00 </w:t>
      </w:r>
    </w:p>
    <w:p>
      <w:r>
        <w:t xml:space="preserve">Lär dig flörta med solfjäder, navigera balens strikta regler och fylla ditt danskort som en sann societetsstjärna.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