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Replot bibliotek, Kyrkvägen 94, 65800 Korsholm</w:t>
      </w:r>
    </w:p>
    <w:p>
      <w:r>
        <w:t>8.9.2026 tiistai</w:t>
      </w:r>
    </w:p>
    <w:p>
      <w:pPr>
        <w:pStyle w:val="Heading1"/>
      </w:pPr>
      <w:r>
        <w:t>8.9.2026-10.11.2026</w:t>
      </w:r>
    </w:p>
    <w:p>
      <w:pPr>
        <w:pStyle w:val="Heading2"/>
      </w:pPr>
      <w:r>
        <w:t>18:30-19:00 Sagostund i Replot bibliotek</w:t>
      </w:r>
    </w:p>
    <w:p>
      <w:r>
        <w:t>Sagostund för barn i alla åldrar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