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Malakta, Töckmovägen 48 B, 66100 Malax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18:00-20:00 Skrivstuga för standup</w:t>
      </w:r>
    </w:p>
    <w:p>
      <w:r>
        <w:t xml:space="preserve">Går du runt och tänker på roliga saker, men vet inte hur man får det till skämt som funkar på scen?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