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Kraftverk, Stadsforsen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09:00-15:00 Nykaabi-hub at Nykarleby Kraftverk - TOR 15.10.2026, kl. 9:00 - 15:00 - Gästföretag: Nykarleby Kraftverk</w:t>
      </w:r>
    </w:p>
    <w:p>
      <w:r>
        <w:t>Nykaabi-hub at Nykarleby Kraftverk - TOR 15.10.2026, kl. 9:00 - 15:00 - Gästföretag: Nykarleby Kraftverk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