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Pääkirjasto, Draamasali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 xml:space="preserve">18:00-20:00 Mureneeko oikeusvaltio? </w:t>
      </w:r>
    </w:p>
    <w:p>
      <w:r>
        <w:t>Emeritusprofessori Jukka Kekkonen luennoi kirjansa Mureneeko oikeusvaltio? (Art House 2025) pohjalta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