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kirjasto, Vanhan Vaasankatu 20, Vaasa.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10:00-14:00 Ilmainen rompetori Variskan kirjastolla</w:t>
      </w:r>
    </w:p>
    <w:p>
      <w:r>
        <w:t>Ristinummi-päivänä tapahtuu Variskan kirjastolla!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