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Vöyrintie 16, Bio Astra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17:30-19:47 Syysloman elokuva: Wicked For Good</w:t>
      </w:r>
    </w:p>
    <w:p>
      <w:r>
        <w:t>Tervetuloa Bio Astraan jossa tänä syyslomana esitämme elokuvan Wicked For Good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