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Henriksonssalen, Närpes. Närpesvägen 16.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19:00-19:00 Brian Charette, Mathias Sandberg  Teppo Mäkynen USAFIN</w:t>
      </w:r>
    </w:p>
    <w:p>
      <w:r>
        <w:t>Gratis soul-jazz konsert av musikerna Brian Charette, Mathias Sandberg &amp; Teppo Mäkynen i Frans Henriksonssalen, Närpes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