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Campus Allegro, Schauman-sali (Kauppiaankatu, 10 68600 Pietarsaari)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08:00-13:00 VoimaNaiset-seminaari</w:t>
      </w:r>
    </w:p>
    <w:p>
      <w:r>
        <w:t>Bisnestapahtuma, jossa pääset inspiroitumaan, voimaantumaan ja verkostoitumaan yhdessä upeiden naisten kanssa!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